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1B26" w:rsidRDefault="00D052A2" w:rsidP="00D96C01">
      <w:pPr>
        <w:spacing w:after="40" w:line="288" w:lineRule="auto"/>
        <w:jc w:val="center"/>
      </w:pPr>
      <w:r>
        <w:rPr>
          <w:b/>
        </w:rPr>
        <w:t>C</w:t>
      </w:r>
      <w:r>
        <w:rPr>
          <w:b/>
        </w:rPr>
        <w:t>Ộ</w:t>
      </w:r>
      <w:r>
        <w:rPr>
          <w:b/>
        </w:rPr>
        <w:t>NG HÒA XÃ H</w:t>
      </w:r>
      <w:r>
        <w:rPr>
          <w:b/>
        </w:rPr>
        <w:t>Ộ</w:t>
      </w:r>
      <w:r>
        <w:rPr>
          <w:b/>
        </w:rPr>
        <w:t>I CH</w:t>
      </w:r>
      <w:r>
        <w:rPr>
          <w:b/>
        </w:rPr>
        <w:t>Ủ</w:t>
      </w:r>
      <w:r>
        <w:rPr>
          <w:b/>
        </w:rPr>
        <w:t xml:space="preserve"> NGHĨA VI</w:t>
      </w:r>
      <w:r>
        <w:rPr>
          <w:b/>
        </w:rPr>
        <w:t>Ệ</w:t>
      </w:r>
      <w:r>
        <w:rPr>
          <w:b/>
        </w:rPr>
        <w:t>T NAM</w:t>
      </w:r>
    </w:p>
    <w:p w:rsidR="00DB1B26" w:rsidRPr="0096328B" w:rsidRDefault="00D052A2" w:rsidP="00D96C01">
      <w:pPr>
        <w:spacing w:after="120" w:line="288" w:lineRule="auto"/>
        <w:jc w:val="center"/>
        <w:rPr>
          <w:u w:val="single"/>
        </w:rPr>
      </w:pPr>
      <w:r w:rsidRPr="0096328B">
        <w:rPr>
          <w:b/>
          <w:u w:val="single"/>
        </w:rPr>
        <w:t>Đ</w:t>
      </w:r>
      <w:r w:rsidRPr="0096328B">
        <w:rPr>
          <w:b/>
          <w:u w:val="single"/>
        </w:rPr>
        <w:t>ộ</w:t>
      </w:r>
      <w:r w:rsidRPr="0096328B">
        <w:rPr>
          <w:b/>
          <w:u w:val="single"/>
        </w:rPr>
        <w:t>c l</w:t>
      </w:r>
      <w:r w:rsidRPr="0096328B">
        <w:rPr>
          <w:b/>
          <w:u w:val="single"/>
        </w:rPr>
        <w:t>ậ</w:t>
      </w:r>
      <w:r w:rsidRPr="0096328B">
        <w:rPr>
          <w:b/>
          <w:u w:val="single"/>
        </w:rPr>
        <w:t>p - T</w:t>
      </w:r>
      <w:r w:rsidRPr="0096328B">
        <w:rPr>
          <w:b/>
          <w:u w:val="single"/>
        </w:rPr>
        <w:t>ự</w:t>
      </w:r>
      <w:r w:rsidRPr="0096328B">
        <w:rPr>
          <w:b/>
          <w:u w:val="single"/>
        </w:rPr>
        <w:t xml:space="preserve"> do - H</w:t>
      </w:r>
      <w:r w:rsidRPr="0096328B">
        <w:rPr>
          <w:b/>
          <w:u w:val="single"/>
        </w:rPr>
        <w:t>ạ</w:t>
      </w:r>
      <w:r w:rsidRPr="0096328B">
        <w:rPr>
          <w:b/>
          <w:u w:val="single"/>
        </w:rPr>
        <w:t>nh phúc</w:t>
      </w:r>
    </w:p>
    <w:p w:rsidR="0096328B" w:rsidRDefault="0096328B" w:rsidP="00D96C01">
      <w:pPr>
        <w:spacing w:after="60" w:line="288" w:lineRule="auto"/>
        <w:jc w:val="center"/>
        <w:rPr>
          <w:b/>
          <w:sz w:val="28"/>
        </w:rPr>
      </w:pPr>
    </w:p>
    <w:p w:rsidR="00DB1B26" w:rsidRDefault="00D052A2" w:rsidP="00D96C01">
      <w:pPr>
        <w:spacing w:after="60" w:line="288" w:lineRule="auto"/>
        <w:jc w:val="center"/>
      </w:pPr>
      <w:r>
        <w:rPr>
          <w:b/>
          <w:sz w:val="28"/>
        </w:rPr>
        <w:t>VĂN B</w:t>
      </w:r>
      <w:r>
        <w:rPr>
          <w:b/>
          <w:sz w:val="28"/>
        </w:rPr>
        <w:t>Ả</w:t>
      </w:r>
      <w:r>
        <w:rPr>
          <w:b/>
          <w:sz w:val="28"/>
        </w:rPr>
        <w:t>N TH</w:t>
      </w:r>
      <w:r>
        <w:rPr>
          <w:b/>
          <w:sz w:val="28"/>
        </w:rPr>
        <w:t>Ỏ</w:t>
      </w:r>
      <w:r>
        <w:rPr>
          <w:b/>
          <w:sz w:val="28"/>
        </w:rPr>
        <w:t>A THU</w:t>
      </w:r>
      <w:r>
        <w:rPr>
          <w:b/>
          <w:sz w:val="28"/>
        </w:rPr>
        <w:t>Ậ</w:t>
      </w:r>
      <w:r>
        <w:rPr>
          <w:b/>
          <w:sz w:val="28"/>
        </w:rPr>
        <w:t>N</w:t>
      </w:r>
    </w:p>
    <w:p w:rsidR="00DB1B26" w:rsidRDefault="00D052A2" w:rsidP="00D96C01">
      <w:pPr>
        <w:spacing w:after="360" w:line="288" w:lineRule="auto"/>
        <w:jc w:val="center"/>
      </w:pPr>
      <w:r>
        <w:rPr>
          <w:b/>
          <w:sz w:val="28"/>
        </w:rPr>
        <w:t>PHÂN CHIA TÀI S</w:t>
      </w:r>
      <w:r>
        <w:rPr>
          <w:b/>
          <w:sz w:val="28"/>
        </w:rPr>
        <w:t>Ả</w:t>
      </w:r>
      <w:r>
        <w:rPr>
          <w:b/>
          <w:sz w:val="28"/>
        </w:rPr>
        <w:t>N CHUNG C</w:t>
      </w:r>
      <w:r>
        <w:rPr>
          <w:b/>
          <w:sz w:val="28"/>
        </w:rPr>
        <w:t>Ủ</w:t>
      </w:r>
      <w:r>
        <w:rPr>
          <w:b/>
          <w:sz w:val="28"/>
        </w:rPr>
        <w:t>A V</w:t>
      </w:r>
      <w:r>
        <w:rPr>
          <w:b/>
          <w:sz w:val="28"/>
        </w:rPr>
        <w:t>Ợ</w:t>
      </w:r>
      <w:r>
        <w:rPr>
          <w:b/>
          <w:sz w:val="28"/>
        </w:rPr>
        <w:t xml:space="preserve"> CH</w:t>
      </w:r>
      <w:r>
        <w:rPr>
          <w:b/>
          <w:sz w:val="28"/>
        </w:rPr>
        <w:t>Ồ</w:t>
      </w:r>
      <w:r>
        <w:rPr>
          <w:b/>
          <w:sz w:val="28"/>
        </w:rPr>
        <w:t>NG</w:t>
      </w:r>
    </w:p>
    <w:p w:rsidR="00DB1B26" w:rsidRPr="0096328B" w:rsidRDefault="00D052A2" w:rsidP="00D96C01">
      <w:pPr>
        <w:spacing w:after="240" w:line="288" w:lineRule="auto"/>
        <w:jc w:val="both"/>
      </w:pPr>
      <w:r w:rsidRPr="0096328B">
        <w:t>Hôm nay, ngày ...... tháng ...... năm 20..., t</w:t>
      </w:r>
      <w:r w:rsidRPr="0096328B">
        <w:t>ạ</w:t>
      </w:r>
      <w:r w:rsidR="0096328B" w:rsidRPr="0096328B">
        <w:t xml:space="preserve">i </w:t>
      </w:r>
      <w:r w:rsidRPr="0096328B">
        <w:t>............................................................</w:t>
      </w:r>
      <w:r w:rsidR="0096328B" w:rsidRPr="0096328B">
        <w:t>.</w:t>
      </w:r>
    </w:p>
    <w:p w:rsidR="00DB1B26" w:rsidRDefault="00D052A2" w:rsidP="00D96C01">
      <w:pPr>
        <w:spacing w:after="120" w:line="288" w:lineRule="auto"/>
        <w:jc w:val="both"/>
      </w:pPr>
      <w:r>
        <w:rPr>
          <w:b/>
        </w:rPr>
        <w:t>Chúng tôi g</w:t>
      </w:r>
      <w:r>
        <w:rPr>
          <w:b/>
        </w:rPr>
        <w:t>ồ</w:t>
      </w:r>
      <w:r>
        <w:rPr>
          <w:b/>
        </w:rPr>
        <w:t xml:space="preserve">m có: </w:t>
      </w:r>
    </w:p>
    <w:p w:rsidR="0096328B" w:rsidRDefault="00D052A2" w:rsidP="00D96C01">
      <w:pPr>
        <w:spacing w:after="120" w:line="288" w:lineRule="auto"/>
        <w:jc w:val="both"/>
      </w:pPr>
      <w:r>
        <w:rPr>
          <w:b/>
        </w:rPr>
        <w:t xml:space="preserve">1. </w:t>
      </w:r>
      <w:r>
        <w:rPr>
          <w:b/>
        </w:rPr>
        <w:t>H</w:t>
      </w:r>
      <w:r>
        <w:rPr>
          <w:b/>
        </w:rPr>
        <w:t>Ọ</w:t>
      </w:r>
      <w:r>
        <w:rPr>
          <w:b/>
        </w:rPr>
        <w:t xml:space="preserve"> VÀ TÊN NGƯ</w:t>
      </w:r>
      <w:r>
        <w:rPr>
          <w:b/>
        </w:rPr>
        <w:t>Ờ</w:t>
      </w:r>
      <w:r>
        <w:rPr>
          <w:b/>
        </w:rPr>
        <w:t>I CH</w:t>
      </w:r>
      <w:r>
        <w:rPr>
          <w:b/>
        </w:rPr>
        <w:t>Ồ</w:t>
      </w:r>
      <w:r>
        <w:rPr>
          <w:b/>
        </w:rPr>
        <w:t xml:space="preserve">NG: </w:t>
      </w:r>
    </w:p>
    <w:p w:rsidR="00DB1B26" w:rsidRDefault="00D052A2" w:rsidP="00D96C01">
      <w:pPr>
        <w:spacing w:after="120" w:line="288" w:lineRule="auto"/>
        <w:jc w:val="both"/>
      </w:pPr>
      <w:r>
        <w:t>S</w:t>
      </w:r>
      <w:r>
        <w:t>inh ngày: ....../....../.</w:t>
      </w:r>
      <w:r>
        <w:t>.........  Dân t</w:t>
      </w:r>
      <w:r>
        <w:t>ộ</w:t>
      </w:r>
      <w:r>
        <w:t>c: ............................ Qu</w:t>
      </w:r>
      <w:r>
        <w:t>ố</w:t>
      </w:r>
      <w:r>
        <w:t>c t</w:t>
      </w:r>
      <w:r>
        <w:t>ị</w:t>
      </w:r>
      <w:r w:rsidR="0096328B">
        <w:t>ch: .......................</w:t>
      </w:r>
    </w:p>
    <w:p w:rsidR="00DB1B26" w:rsidRDefault="00D052A2" w:rsidP="00D96C01">
      <w:pPr>
        <w:spacing w:after="120" w:line="288" w:lineRule="auto"/>
        <w:jc w:val="both"/>
      </w:pPr>
      <w:r>
        <w:t>C</w:t>
      </w:r>
      <w:r>
        <w:t>CCD/H</w:t>
      </w:r>
      <w:r>
        <w:t>ộ</w:t>
      </w:r>
      <w:r>
        <w:t xml:space="preserve"> chi</w:t>
      </w:r>
      <w:r>
        <w:t>ế</w:t>
      </w:r>
      <w:r>
        <w:t>u s</w:t>
      </w:r>
      <w:r>
        <w:t>ố</w:t>
      </w:r>
      <w:r>
        <w:t>: ................</w:t>
      </w:r>
      <w:r>
        <w:t>........ do</w:t>
      </w:r>
      <w:r>
        <w:t>.......................... c</w:t>
      </w:r>
      <w:r>
        <w:t>ấ</w:t>
      </w:r>
      <w:r>
        <w:t>p ngày ....../....../..........</w:t>
      </w:r>
    </w:p>
    <w:p w:rsidR="00DB1B26" w:rsidRDefault="006D405B" w:rsidP="00D96C01">
      <w:pPr>
        <w:spacing w:after="120" w:line="288" w:lineRule="auto"/>
        <w:jc w:val="both"/>
      </w:pPr>
      <w:r>
        <w:t>Địa chỉ</w:t>
      </w:r>
      <w:r w:rsidR="00D052A2">
        <w:t>: ........................................................................</w:t>
      </w:r>
      <w:r w:rsidR="0096328B">
        <w:t>............................</w:t>
      </w:r>
      <w:r>
        <w:t>.........</w:t>
      </w:r>
    </w:p>
    <w:p w:rsidR="00DB1B26" w:rsidRDefault="00D052A2" w:rsidP="00D96C01">
      <w:pPr>
        <w:spacing w:after="120" w:line="288" w:lineRule="auto"/>
        <w:jc w:val="both"/>
      </w:pPr>
      <w:r>
        <w:rPr>
          <w:b/>
        </w:rPr>
        <w:t>2. H</w:t>
      </w:r>
      <w:r>
        <w:rPr>
          <w:b/>
        </w:rPr>
        <w:t>Ọ</w:t>
      </w:r>
      <w:r>
        <w:rPr>
          <w:b/>
        </w:rPr>
        <w:t xml:space="preserve"> VÀ TÊN NGƯ</w:t>
      </w:r>
      <w:r>
        <w:rPr>
          <w:b/>
        </w:rPr>
        <w:t>Ờ</w:t>
      </w:r>
      <w:r>
        <w:rPr>
          <w:b/>
        </w:rPr>
        <w:t>I V</w:t>
      </w:r>
      <w:r>
        <w:rPr>
          <w:b/>
        </w:rPr>
        <w:t>Ợ</w:t>
      </w:r>
      <w:r>
        <w:rPr>
          <w:b/>
        </w:rPr>
        <w:t xml:space="preserve">: </w:t>
      </w:r>
    </w:p>
    <w:p w:rsidR="00DB1B26" w:rsidRDefault="00D052A2" w:rsidP="00D96C01">
      <w:pPr>
        <w:spacing w:after="120" w:line="288" w:lineRule="auto"/>
        <w:jc w:val="both"/>
      </w:pPr>
      <w:r>
        <w:t>Sinh ngày: ....../....../..........  Dân t</w:t>
      </w:r>
      <w:r>
        <w:t>ộ</w:t>
      </w:r>
      <w:r>
        <w:t>c: ............................ Qu</w:t>
      </w:r>
      <w:r>
        <w:t>ố</w:t>
      </w:r>
      <w:r>
        <w:t>c t</w:t>
      </w:r>
      <w:r>
        <w:t>ị</w:t>
      </w:r>
      <w:r>
        <w:t>ch: .....................</w:t>
      </w:r>
    </w:p>
    <w:p w:rsidR="00DB1B26" w:rsidRDefault="00D052A2" w:rsidP="00D96C01">
      <w:pPr>
        <w:spacing w:after="120" w:line="288" w:lineRule="auto"/>
        <w:jc w:val="both"/>
      </w:pPr>
      <w:r>
        <w:t>CCCD/H</w:t>
      </w:r>
      <w:r>
        <w:t>ộ</w:t>
      </w:r>
      <w:r>
        <w:t xml:space="preserve"> chi</w:t>
      </w:r>
      <w:r>
        <w:t>ế</w:t>
      </w:r>
      <w:r>
        <w:t>u s</w:t>
      </w:r>
      <w:r>
        <w:t>ố</w:t>
      </w:r>
      <w:r>
        <w:t>: .</w:t>
      </w:r>
      <w:r>
        <w:t>............................ do</w:t>
      </w:r>
      <w:r>
        <w:t>........................ c</w:t>
      </w:r>
      <w:r>
        <w:t>ấ</w:t>
      </w:r>
      <w:r>
        <w:t>p ngày ....../....../..........</w:t>
      </w:r>
    </w:p>
    <w:p w:rsidR="00DB1B26" w:rsidRDefault="006D405B" w:rsidP="00D96C01">
      <w:pPr>
        <w:spacing w:after="120" w:line="288" w:lineRule="auto"/>
        <w:jc w:val="both"/>
      </w:pPr>
      <w:r>
        <w:t>Địa chỉ</w:t>
      </w:r>
      <w:r w:rsidR="00D052A2">
        <w:t>: ............................................................................</w:t>
      </w:r>
      <w:r w:rsidR="00D052A2">
        <w:t>..................</w:t>
      </w:r>
      <w:r>
        <w:t>..............</w:t>
      </w:r>
    </w:p>
    <w:p w:rsidR="00DB1B26" w:rsidRDefault="00D052A2" w:rsidP="006A403F">
      <w:pPr>
        <w:spacing w:after="240" w:line="288" w:lineRule="auto"/>
        <w:jc w:val="center"/>
      </w:pPr>
      <w:r>
        <w:t>Chúng tôi là v</w:t>
      </w:r>
      <w:r>
        <w:t>ợ</w:t>
      </w:r>
      <w:r>
        <w:t xml:space="preserve"> ch</w:t>
      </w:r>
      <w:r>
        <w:t>ồ</w:t>
      </w:r>
      <w:r>
        <w:t>ng h</w:t>
      </w:r>
      <w:r>
        <w:t>ợ</w:t>
      </w:r>
      <w:r>
        <w:t>p pháp theo Gi</w:t>
      </w:r>
      <w:r>
        <w:t>ấ</w:t>
      </w:r>
      <w:r>
        <w:t>y ch</w:t>
      </w:r>
      <w:r>
        <w:t>ứ</w:t>
      </w:r>
      <w:r>
        <w:t>ng nh</w:t>
      </w:r>
      <w:r>
        <w:t>ậ</w:t>
      </w:r>
      <w:r>
        <w:t>n k</w:t>
      </w:r>
      <w:r>
        <w:t>ế</w:t>
      </w:r>
      <w:r>
        <w:t>t hôn s</w:t>
      </w:r>
      <w:r>
        <w:t>ố</w:t>
      </w:r>
      <w:r>
        <w:t xml:space="preserve"> ..</w:t>
      </w:r>
      <w:r>
        <w:t>.................. đăng ký ngày ....../....../.......... t</w:t>
      </w:r>
      <w:r>
        <w:t>ạ</w:t>
      </w:r>
      <w:r>
        <w:t xml:space="preserve">i </w:t>
      </w:r>
      <w:r>
        <w:t>Ủ</w:t>
      </w:r>
      <w:r>
        <w:t>y ban nhân dân ...................</w:t>
      </w:r>
      <w:r w:rsidR="00923520">
        <w:t xml:space="preserve">....................... </w:t>
      </w:r>
      <w:r>
        <w:br/>
      </w:r>
      <w:r>
        <w:br/>
        <w:t>Hi</w:t>
      </w:r>
      <w:r>
        <w:t>ệ</w:t>
      </w:r>
      <w:r>
        <w:t>n nay, chúng tôi đang chu</w:t>
      </w:r>
      <w:r>
        <w:t>ẩ</w:t>
      </w:r>
      <w:r>
        <w:t>n b</w:t>
      </w:r>
      <w:r>
        <w:t>ị</w:t>
      </w:r>
      <w:r>
        <w:t xml:space="preserve"> ti</w:t>
      </w:r>
      <w:r>
        <w:t>ế</w:t>
      </w:r>
      <w:r>
        <w:t>n hành th</w:t>
      </w:r>
      <w:r>
        <w:t>ủ</w:t>
      </w:r>
      <w:r>
        <w:t xml:space="preserve"> t</w:t>
      </w:r>
      <w:r>
        <w:t>ụ</w:t>
      </w:r>
      <w:r>
        <w:t>c ly hôn (ho</w:t>
      </w:r>
      <w:r>
        <w:t>ặ</w:t>
      </w:r>
      <w:r>
        <w:t>c đang trong quá trìn</w:t>
      </w:r>
      <w:r>
        <w:t>h gi</w:t>
      </w:r>
      <w:r>
        <w:t>ả</w:t>
      </w:r>
      <w:r>
        <w:t>i quy</w:t>
      </w:r>
      <w:r>
        <w:t>ế</w:t>
      </w:r>
      <w:r>
        <w:t>t ly hôn). Trên tinh th</w:t>
      </w:r>
      <w:r>
        <w:t>ầ</w:t>
      </w:r>
      <w:r>
        <w:t>n hoàn toàn t</w:t>
      </w:r>
      <w:r>
        <w:t>ự</w:t>
      </w:r>
      <w:r>
        <w:t xml:space="preserve"> nguy</w:t>
      </w:r>
      <w:r>
        <w:t>ệ</w:t>
      </w:r>
      <w:r w:rsidR="00923520">
        <w:t xml:space="preserve">n </w:t>
      </w:r>
      <w:r>
        <w:t>và tôn tr</w:t>
      </w:r>
      <w:r>
        <w:t>ọ</w:t>
      </w:r>
      <w:r>
        <w:t>ng l</w:t>
      </w:r>
      <w:r>
        <w:t>ẫ</w:t>
      </w:r>
      <w:r>
        <w:t>n nhau, chúng tôi cùng nhau th</w:t>
      </w:r>
      <w:r>
        <w:t>ỏ</w:t>
      </w:r>
      <w:r>
        <w:t>a thu</w:t>
      </w:r>
      <w:r>
        <w:t>ậ</w:t>
      </w:r>
      <w:r>
        <w:t>n phân chia toàn b</w:t>
      </w:r>
      <w:r>
        <w:t>ộ</w:t>
      </w:r>
      <w:r>
        <w:t xml:space="preserve"> kh</w:t>
      </w:r>
      <w:r>
        <w:t>ố</w:t>
      </w:r>
      <w:r>
        <w:t>i tài s</w:t>
      </w:r>
      <w:r>
        <w:t>ả</w:t>
      </w:r>
      <w:r>
        <w:t>n chung đư</w:t>
      </w:r>
      <w:r>
        <w:t>ợ</w:t>
      </w:r>
      <w:r>
        <w:t>c t</w:t>
      </w:r>
      <w:r>
        <w:t>ạ</w:t>
      </w:r>
      <w:r>
        <w:t>o l</w:t>
      </w:r>
      <w:r>
        <w:t>ậ</w:t>
      </w:r>
      <w:r>
        <w:t>p trong th</w:t>
      </w:r>
      <w:r>
        <w:t>ờ</w:t>
      </w:r>
      <w:r>
        <w:t>i k</w:t>
      </w:r>
      <w:r>
        <w:t>ỳ</w:t>
      </w:r>
      <w:r>
        <w:t xml:space="preserve"> hôn nhân v</w:t>
      </w:r>
      <w:r>
        <w:t>ớ</w:t>
      </w:r>
      <w:r>
        <w:t>i các đi</w:t>
      </w:r>
      <w:r>
        <w:t>ề</w:t>
      </w:r>
      <w:r>
        <w:t>u kho</w:t>
      </w:r>
      <w:r>
        <w:t>ả</w:t>
      </w:r>
      <w:r>
        <w:t>n c</w:t>
      </w:r>
      <w:r>
        <w:t>ụ</w:t>
      </w:r>
      <w:r>
        <w:t xml:space="preserve"> th</w:t>
      </w:r>
      <w:r>
        <w:t>ể</w:t>
      </w:r>
      <w:r>
        <w:t xml:space="preserve"> như sau:</w:t>
      </w:r>
    </w:p>
    <w:p w:rsidR="00DB1B26" w:rsidRDefault="00D052A2" w:rsidP="00D96C01">
      <w:pPr>
        <w:spacing w:after="120" w:line="288" w:lineRule="auto"/>
        <w:jc w:val="both"/>
      </w:pPr>
      <w:r>
        <w:rPr>
          <w:b/>
        </w:rPr>
        <w:t>ĐI</w:t>
      </w:r>
      <w:r>
        <w:rPr>
          <w:b/>
        </w:rPr>
        <w:t>Ề</w:t>
      </w:r>
      <w:r>
        <w:rPr>
          <w:b/>
        </w:rPr>
        <w:t>U 1: TOÀN B</w:t>
      </w:r>
      <w:r>
        <w:rPr>
          <w:b/>
        </w:rPr>
        <w:t>Ộ</w:t>
      </w:r>
      <w:r>
        <w:rPr>
          <w:b/>
        </w:rPr>
        <w:t xml:space="preserve"> KH</w:t>
      </w:r>
      <w:r>
        <w:rPr>
          <w:b/>
        </w:rPr>
        <w:t>Ố</w:t>
      </w:r>
      <w:r>
        <w:rPr>
          <w:b/>
        </w:rPr>
        <w:t>I TÀI S</w:t>
      </w:r>
      <w:r>
        <w:rPr>
          <w:b/>
        </w:rPr>
        <w:t>Ả</w:t>
      </w:r>
      <w:r>
        <w:rPr>
          <w:b/>
        </w:rPr>
        <w:t>N</w:t>
      </w:r>
      <w:r>
        <w:rPr>
          <w:b/>
        </w:rPr>
        <w:t xml:space="preserve"> CHUNG HI</w:t>
      </w:r>
      <w:r>
        <w:rPr>
          <w:b/>
        </w:rPr>
        <w:t>Ệ</w:t>
      </w:r>
      <w:r>
        <w:rPr>
          <w:b/>
        </w:rPr>
        <w:t>N CÓ</w:t>
      </w:r>
    </w:p>
    <w:p w:rsidR="00DB1B26" w:rsidRDefault="00D052A2" w:rsidP="00D96C01">
      <w:pPr>
        <w:spacing w:after="120" w:line="288" w:lineRule="auto"/>
        <w:jc w:val="both"/>
      </w:pPr>
      <w:r>
        <w:t>Chúng tôi xác nh</w:t>
      </w:r>
      <w:r>
        <w:t>ậ</w:t>
      </w:r>
      <w:r>
        <w:t>n trong th</w:t>
      </w:r>
      <w:r>
        <w:t>ờ</w:t>
      </w:r>
      <w:r>
        <w:t>i k</w:t>
      </w:r>
      <w:r>
        <w:t>ỳ</w:t>
      </w:r>
      <w:r>
        <w:t xml:space="preserve"> hôn nhân có t</w:t>
      </w:r>
      <w:r>
        <w:t>ạ</w:t>
      </w:r>
      <w:r>
        <w:t>o l</w:t>
      </w:r>
      <w:r>
        <w:t>ậ</w:t>
      </w:r>
      <w:r>
        <w:t>p đư</w:t>
      </w:r>
      <w:r>
        <w:t>ợ</w:t>
      </w:r>
      <w:r>
        <w:t>c kh</w:t>
      </w:r>
      <w:r>
        <w:t>ố</w:t>
      </w:r>
      <w:r>
        <w:t>i tài s</w:t>
      </w:r>
      <w:r>
        <w:t>ả</w:t>
      </w:r>
      <w:r>
        <w:t>n chung h</w:t>
      </w:r>
      <w:r>
        <w:t>ợ</w:t>
      </w:r>
      <w:r>
        <w:t>p pháp sau đây:</w:t>
      </w:r>
    </w:p>
    <w:p w:rsidR="0083681F" w:rsidRPr="00D26BBD" w:rsidRDefault="00D052A2" w:rsidP="00D96C01">
      <w:pPr>
        <w:pStyle w:val="ListParagraph"/>
        <w:numPr>
          <w:ilvl w:val="0"/>
          <w:numId w:val="10"/>
        </w:numPr>
        <w:spacing w:after="80" w:line="288" w:lineRule="auto"/>
        <w:jc w:val="both"/>
      </w:pPr>
      <w:r w:rsidRPr="00D26BBD">
        <w:t>B</w:t>
      </w:r>
      <w:r w:rsidRPr="00D26BBD">
        <w:t>ấ</w:t>
      </w:r>
      <w:r w:rsidRPr="00D26BBD">
        <w:t>t đ</w:t>
      </w:r>
      <w:r w:rsidRPr="00D26BBD">
        <w:t>ộ</w:t>
      </w:r>
      <w:r w:rsidRPr="00D26BBD">
        <w:t>ng s</w:t>
      </w:r>
      <w:r w:rsidRPr="00D26BBD">
        <w:t>ả</w:t>
      </w:r>
      <w:r w:rsidRPr="00D26BBD">
        <w:t>n</w:t>
      </w:r>
      <w:r w:rsidR="0083681F" w:rsidRPr="00D26BBD">
        <w:t>: …………………………………………………………….</w:t>
      </w:r>
    </w:p>
    <w:p w:rsidR="0083681F" w:rsidRPr="00D26BBD" w:rsidRDefault="0083681F" w:rsidP="00D96C01">
      <w:pPr>
        <w:pStyle w:val="ListParagraph"/>
        <w:numPr>
          <w:ilvl w:val="0"/>
          <w:numId w:val="10"/>
        </w:numPr>
        <w:spacing w:after="80" w:line="288" w:lineRule="auto"/>
        <w:jc w:val="both"/>
      </w:pPr>
      <w:r w:rsidRPr="00D26BBD">
        <w:t xml:space="preserve">Động sản: </w:t>
      </w:r>
      <w:r w:rsidRPr="00D26BBD">
        <w:t>……………………………………………………………</w:t>
      </w:r>
      <w:r w:rsidRPr="00D26BBD">
        <w:t>……</w:t>
      </w:r>
    </w:p>
    <w:p w:rsidR="0083681F" w:rsidRPr="00D26BBD" w:rsidRDefault="0083681F" w:rsidP="00D96C01">
      <w:pPr>
        <w:pStyle w:val="ListParagraph"/>
        <w:numPr>
          <w:ilvl w:val="0"/>
          <w:numId w:val="10"/>
        </w:numPr>
        <w:spacing w:after="80" w:line="288" w:lineRule="auto"/>
        <w:jc w:val="both"/>
      </w:pPr>
      <w:r w:rsidRPr="00D26BBD">
        <w:t xml:space="preserve">Các tài sản khác: </w:t>
      </w:r>
      <w:r w:rsidRPr="00D26BBD">
        <w:t>……………………………………………………………</w:t>
      </w:r>
    </w:p>
    <w:p w:rsidR="00DB1B26" w:rsidRDefault="00D052A2" w:rsidP="00D96C01">
      <w:pPr>
        <w:spacing w:after="120" w:line="288" w:lineRule="auto"/>
        <w:jc w:val="both"/>
      </w:pPr>
      <w:r>
        <w:rPr>
          <w:b/>
        </w:rPr>
        <w:t>ĐI</w:t>
      </w:r>
      <w:r>
        <w:rPr>
          <w:b/>
        </w:rPr>
        <w:t>Ề</w:t>
      </w:r>
      <w:r>
        <w:rPr>
          <w:b/>
        </w:rPr>
        <w:t>U 2: PHƯƠNG ÁN PHÂN CHIA TÀI S</w:t>
      </w:r>
      <w:r>
        <w:rPr>
          <w:b/>
        </w:rPr>
        <w:t>Ả</w:t>
      </w:r>
      <w:r>
        <w:rPr>
          <w:b/>
        </w:rPr>
        <w:t>N CHUNG</w:t>
      </w:r>
    </w:p>
    <w:p w:rsidR="00DB1B26" w:rsidRDefault="00D052A2" w:rsidP="00D96C01">
      <w:pPr>
        <w:spacing w:after="120" w:line="288" w:lineRule="auto"/>
        <w:jc w:val="both"/>
      </w:pPr>
      <w:r>
        <w:lastRenderedPageBreak/>
        <w:t>Sau khi bàn b</w:t>
      </w:r>
      <w:r>
        <w:t>ạ</w:t>
      </w:r>
      <w:r>
        <w:t>c, chúng tôi th</w:t>
      </w:r>
      <w:r>
        <w:t>ố</w:t>
      </w:r>
      <w:r>
        <w:t>ng nh</w:t>
      </w:r>
      <w:r>
        <w:t>ấ</w:t>
      </w:r>
      <w:r>
        <w:t>t phân chia kh</w:t>
      </w:r>
      <w:r>
        <w:t>ố</w:t>
      </w:r>
      <w:r>
        <w:t>i tài s</w:t>
      </w:r>
      <w:r>
        <w:t>ả</w:t>
      </w:r>
      <w:r>
        <w:t>n chung nêu t</w:t>
      </w:r>
      <w:r>
        <w:t>ạ</w:t>
      </w:r>
      <w:r>
        <w:t>i Đi</w:t>
      </w:r>
      <w:r>
        <w:t>ề</w:t>
      </w:r>
      <w:r>
        <w:t>u 1 như sau:</w:t>
      </w:r>
    </w:p>
    <w:p w:rsidR="00DB1B26" w:rsidRDefault="00D052A2" w:rsidP="00D96C01">
      <w:pPr>
        <w:spacing w:after="80" w:line="288" w:lineRule="auto"/>
        <w:jc w:val="both"/>
      </w:pPr>
      <w:r>
        <w:rPr>
          <w:b/>
        </w:rPr>
        <w:t>1. Tài s</w:t>
      </w:r>
      <w:r>
        <w:rPr>
          <w:b/>
        </w:rPr>
        <w:t>ả</w:t>
      </w:r>
      <w:r>
        <w:rPr>
          <w:b/>
        </w:rPr>
        <w:t>n phân chia cho ngư</w:t>
      </w:r>
      <w:r>
        <w:rPr>
          <w:b/>
        </w:rPr>
        <w:t>ờ</w:t>
      </w:r>
      <w:r>
        <w:rPr>
          <w:b/>
        </w:rPr>
        <w:t>i Ch</w:t>
      </w:r>
      <w:r>
        <w:rPr>
          <w:b/>
        </w:rPr>
        <w:t>ồ</w:t>
      </w:r>
      <w:r>
        <w:rPr>
          <w:b/>
        </w:rPr>
        <w:t>ng (ông ...</w:t>
      </w:r>
      <w:r>
        <w:rPr>
          <w:b/>
        </w:rPr>
        <w:t>......................................):</w:t>
      </w:r>
    </w:p>
    <w:p w:rsidR="00DB1B26" w:rsidRDefault="00D052A2" w:rsidP="00D96C01">
      <w:pPr>
        <w:spacing w:after="80" w:line="288" w:lineRule="auto"/>
        <w:jc w:val="both"/>
      </w:pPr>
      <w:r>
        <w:rPr>
          <w:b/>
        </w:rPr>
        <w:t>2. Tài s</w:t>
      </w:r>
      <w:r>
        <w:rPr>
          <w:b/>
        </w:rPr>
        <w:t>ả</w:t>
      </w:r>
      <w:r>
        <w:rPr>
          <w:b/>
        </w:rPr>
        <w:t>n phân chia cho ngư</w:t>
      </w:r>
      <w:r>
        <w:rPr>
          <w:b/>
        </w:rPr>
        <w:t>ờ</w:t>
      </w:r>
      <w:r>
        <w:rPr>
          <w:b/>
        </w:rPr>
        <w:t>i V</w:t>
      </w:r>
      <w:r>
        <w:rPr>
          <w:b/>
        </w:rPr>
        <w:t>ợ</w:t>
      </w:r>
      <w:r>
        <w:rPr>
          <w:b/>
        </w:rPr>
        <w:t xml:space="preserve"> (bà ......................</w:t>
      </w:r>
      <w:r>
        <w:rPr>
          <w:b/>
        </w:rPr>
        <w:t>...................):</w:t>
      </w:r>
    </w:p>
    <w:p w:rsidR="00DB1B26" w:rsidRDefault="00D052A2" w:rsidP="00D96C01">
      <w:pPr>
        <w:spacing w:after="80" w:line="288" w:lineRule="auto"/>
        <w:jc w:val="both"/>
      </w:pPr>
      <w:r>
        <w:rPr>
          <w:b/>
        </w:rPr>
        <w:t>2.3. V</w:t>
      </w:r>
      <w:r>
        <w:rPr>
          <w:b/>
        </w:rPr>
        <w:t>ấ</w:t>
      </w:r>
      <w:r>
        <w:rPr>
          <w:b/>
        </w:rPr>
        <w:t>n đ</w:t>
      </w:r>
      <w:r>
        <w:rPr>
          <w:b/>
        </w:rPr>
        <w:t>ề</w:t>
      </w:r>
      <w:r>
        <w:rPr>
          <w:b/>
        </w:rPr>
        <w:t xml:space="preserve"> nghĩa v</w:t>
      </w:r>
      <w:r>
        <w:rPr>
          <w:b/>
        </w:rPr>
        <w:t>ụ</w:t>
      </w:r>
      <w:r>
        <w:rPr>
          <w:b/>
        </w:rPr>
        <w:t xml:space="preserve"> thanh toán chênh l</w:t>
      </w:r>
      <w:r>
        <w:rPr>
          <w:b/>
        </w:rPr>
        <w:t>ệ</w:t>
      </w:r>
      <w:r>
        <w:rPr>
          <w:b/>
        </w:rPr>
        <w:t>ch (n</w:t>
      </w:r>
      <w:r>
        <w:rPr>
          <w:b/>
        </w:rPr>
        <w:t>ế</w:t>
      </w:r>
      <w:r>
        <w:rPr>
          <w:b/>
        </w:rPr>
        <w:t>u có):</w:t>
      </w:r>
    </w:p>
    <w:p w:rsidR="00DB1B26" w:rsidRDefault="00D052A2" w:rsidP="00D96C01">
      <w:pPr>
        <w:spacing w:after="120" w:line="288" w:lineRule="auto"/>
        <w:jc w:val="both"/>
      </w:pPr>
      <w:r>
        <w:t>- Do giá tr</w:t>
      </w:r>
      <w:r>
        <w:t>ị</w:t>
      </w:r>
      <w:r>
        <w:t xml:space="preserve"> tài s</w:t>
      </w:r>
      <w:r>
        <w:t>ả</w:t>
      </w:r>
      <w:r>
        <w:t>n nh</w:t>
      </w:r>
      <w:r>
        <w:t>ậ</w:t>
      </w:r>
      <w:r>
        <w:t>n đư</w:t>
      </w:r>
      <w:r>
        <w:t>ợ</w:t>
      </w:r>
      <w:r>
        <w:t>c có s</w:t>
      </w:r>
      <w:r>
        <w:t>ự</w:t>
      </w:r>
      <w:r>
        <w:t xml:space="preserve"> chênh l</w:t>
      </w:r>
      <w:r>
        <w:t>ệ</w:t>
      </w:r>
      <w:r>
        <w:t>ch, Ông/Bà ....................</w:t>
      </w:r>
      <w:r>
        <w:t xml:space="preserve"> có nghĩa v</w:t>
      </w:r>
      <w:r>
        <w:t>ụ</w:t>
      </w:r>
      <w:r>
        <w:t xml:space="preserve"> thanh toán cho Ông/Bà ........................................ s</w:t>
      </w:r>
      <w:r>
        <w:t>ố</w:t>
      </w:r>
      <w:r>
        <w:t xml:space="preserve"> ti</w:t>
      </w:r>
      <w:r>
        <w:t>ề</w:t>
      </w:r>
      <w:r>
        <w:t>n là: .........................</w:t>
      </w:r>
      <w:r>
        <w:t xml:space="preserve"> VNĐ.</w:t>
      </w:r>
    </w:p>
    <w:p w:rsidR="00DB1B26" w:rsidRDefault="00D052A2" w:rsidP="00D96C01">
      <w:pPr>
        <w:spacing w:after="120" w:line="288" w:lineRule="auto"/>
        <w:jc w:val="both"/>
      </w:pPr>
      <w:r>
        <w:t>- Phương th</w:t>
      </w:r>
      <w:r>
        <w:t>ứ</w:t>
      </w:r>
      <w:r>
        <w:t>c và th</w:t>
      </w:r>
      <w:r>
        <w:t>ờ</w:t>
      </w:r>
      <w:r>
        <w:t>i h</w:t>
      </w:r>
      <w:r>
        <w:t>ạ</w:t>
      </w:r>
      <w:r>
        <w:t xml:space="preserve">n thanh toán: </w:t>
      </w:r>
      <w:r>
        <w:t>................................................</w:t>
      </w:r>
    </w:p>
    <w:p w:rsidR="00DB1B26" w:rsidRDefault="00D052A2" w:rsidP="00D96C01">
      <w:pPr>
        <w:spacing w:after="120" w:line="288" w:lineRule="auto"/>
        <w:jc w:val="both"/>
      </w:pPr>
      <w:r>
        <w:rPr>
          <w:b/>
        </w:rPr>
        <w:t>ĐI</w:t>
      </w:r>
      <w:r>
        <w:rPr>
          <w:b/>
        </w:rPr>
        <w:t>Ề</w:t>
      </w:r>
      <w:r>
        <w:rPr>
          <w:b/>
        </w:rPr>
        <w:t>U 3: CÁC KHO</w:t>
      </w:r>
      <w:r>
        <w:rPr>
          <w:b/>
        </w:rPr>
        <w:t>Ả</w:t>
      </w:r>
      <w:r>
        <w:rPr>
          <w:b/>
        </w:rPr>
        <w:t>N N</w:t>
      </w:r>
      <w:r>
        <w:rPr>
          <w:b/>
        </w:rPr>
        <w:t>Ợ</w:t>
      </w:r>
      <w:r>
        <w:rPr>
          <w:b/>
        </w:rPr>
        <w:t xml:space="preserve"> CHUNG VÀ NGHĨA V</w:t>
      </w:r>
      <w:r>
        <w:rPr>
          <w:b/>
        </w:rPr>
        <w:t>Ụ</w:t>
      </w:r>
      <w:r>
        <w:rPr>
          <w:b/>
        </w:rPr>
        <w:t xml:space="preserve"> TÀI S</w:t>
      </w:r>
      <w:r>
        <w:rPr>
          <w:b/>
        </w:rPr>
        <w:t>Ả</w:t>
      </w:r>
      <w:r>
        <w:rPr>
          <w:b/>
        </w:rPr>
        <w:t>N KHÁC</w:t>
      </w:r>
    </w:p>
    <w:p w:rsidR="00DB1B26" w:rsidRDefault="00D052A2" w:rsidP="00D96C01">
      <w:pPr>
        <w:spacing w:after="80" w:line="288" w:lineRule="auto"/>
        <w:jc w:val="both"/>
      </w:pPr>
      <w:r>
        <w:rPr>
          <w:b/>
        </w:rPr>
        <w:t>3.1. V</w:t>
      </w:r>
      <w:r>
        <w:rPr>
          <w:b/>
        </w:rPr>
        <w:t>ề</w:t>
      </w:r>
      <w:r>
        <w:rPr>
          <w:b/>
        </w:rPr>
        <w:t xml:space="preserve"> các kho</w:t>
      </w:r>
      <w:r>
        <w:rPr>
          <w:b/>
        </w:rPr>
        <w:t>ả</w:t>
      </w:r>
      <w:r>
        <w:rPr>
          <w:b/>
        </w:rPr>
        <w:t>n n</w:t>
      </w:r>
      <w:r>
        <w:rPr>
          <w:b/>
        </w:rPr>
        <w:t>ợ</w:t>
      </w:r>
      <w:r>
        <w:rPr>
          <w:b/>
        </w:rPr>
        <w:t xml:space="preserve"> chung (vay ngân hàng, t</w:t>
      </w:r>
      <w:r>
        <w:rPr>
          <w:b/>
        </w:rPr>
        <w:t>ổ</w:t>
      </w:r>
      <w:r>
        <w:rPr>
          <w:b/>
        </w:rPr>
        <w:t xml:space="preserve"> ch</w:t>
      </w:r>
      <w:r>
        <w:rPr>
          <w:b/>
        </w:rPr>
        <w:t>ứ</w:t>
      </w:r>
      <w:r>
        <w:rPr>
          <w:b/>
        </w:rPr>
        <w:t>c, cá nhân):</w:t>
      </w:r>
    </w:p>
    <w:p w:rsidR="00DB1B26" w:rsidRDefault="00D052A2" w:rsidP="00D96C01">
      <w:pPr>
        <w:spacing w:after="120" w:line="288" w:lineRule="auto"/>
        <w:jc w:val="both"/>
      </w:pPr>
      <w:r>
        <w:t>- Tính đ</w:t>
      </w:r>
      <w:r>
        <w:t>ế</w:t>
      </w:r>
      <w:r>
        <w:t>n th</w:t>
      </w:r>
      <w:r>
        <w:t>ờ</w:t>
      </w:r>
      <w:r>
        <w:t>i đi</w:t>
      </w:r>
      <w:r>
        <w:t>ể</w:t>
      </w:r>
      <w:r>
        <w:t>m l</w:t>
      </w:r>
      <w:r>
        <w:t>ậ</w:t>
      </w:r>
      <w:r>
        <w:t>p văn b</w:t>
      </w:r>
      <w:r>
        <w:t>ả</w:t>
      </w:r>
      <w:r>
        <w:t>n này, chúng</w:t>
      </w:r>
      <w:r>
        <w:t xml:space="preserve"> tôi không có kho</w:t>
      </w:r>
      <w:r>
        <w:t>ả</w:t>
      </w:r>
      <w:r>
        <w:t>n n</w:t>
      </w:r>
      <w:r>
        <w:t>ợ</w:t>
      </w:r>
      <w:r>
        <w:t xml:space="preserve"> chung nào v</w:t>
      </w:r>
      <w:r>
        <w:t>ớ</w:t>
      </w:r>
      <w:r>
        <w:t>i b</w:t>
      </w:r>
      <w:r>
        <w:t>ấ</w:t>
      </w:r>
      <w:r>
        <w:t>t k</w:t>
      </w:r>
      <w:r>
        <w:t>ỳ</w:t>
      </w:r>
      <w:r>
        <w:t xml:space="preserve"> ai (Ho</w:t>
      </w:r>
      <w:r>
        <w:t>ặ</w:t>
      </w:r>
      <w:r>
        <w:t>c: Có kho</w:t>
      </w:r>
      <w:r>
        <w:t>ả</w:t>
      </w:r>
      <w:r>
        <w:t>n n</w:t>
      </w:r>
      <w:r>
        <w:t>ợ</w:t>
      </w:r>
      <w:r>
        <w:t xml:space="preserve"> chung tr</w:t>
      </w:r>
      <w:r>
        <w:t>ị</w:t>
      </w:r>
      <w:r>
        <w:t xml:space="preserve"> giá ................................... VNĐ t</w:t>
      </w:r>
      <w:r>
        <w:t>ạ</w:t>
      </w:r>
      <w:r>
        <w:t>i ............</w:t>
      </w:r>
      <w:r>
        <w:t>.....).</w:t>
      </w:r>
    </w:p>
    <w:p w:rsidR="00DB1B26" w:rsidRDefault="00D052A2" w:rsidP="00D96C01">
      <w:pPr>
        <w:spacing w:after="120" w:line="288" w:lineRule="auto"/>
        <w:jc w:val="both"/>
      </w:pPr>
      <w:r>
        <w:t>- Trách nhi</w:t>
      </w:r>
      <w:r>
        <w:t>ệ</w:t>
      </w:r>
      <w:r>
        <w:t>m tr</w:t>
      </w:r>
      <w:r>
        <w:t>ả</w:t>
      </w:r>
      <w:r>
        <w:t xml:space="preserve"> n</w:t>
      </w:r>
      <w:r>
        <w:t>ợ</w:t>
      </w:r>
      <w:r>
        <w:t xml:space="preserve"> c</w:t>
      </w:r>
      <w:r>
        <w:t>ụ</w:t>
      </w:r>
      <w:r>
        <w:t xml:space="preserve"> th</w:t>
      </w:r>
      <w:r>
        <w:t>ể</w:t>
      </w:r>
      <w:r>
        <w:t xml:space="preserve"> đư</w:t>
      </w:r>
      <w:r>
        <w:t>ợ</w:t>
      </w:r>
      <w:r>
        <w:t>c phân chia như sau: .....................................</w:t>
      </w:r>
      <w:r w:rsidR="00D96C01">
        <w:t>....</w:t>
      </w:r>
    </w:p>
    <w:p w:rsidR="00DB1B26" w:rsidRDefault="00D052A2" w:rsidP="00D96C01">
      <w:pPr>
        <w:spacing w:after="80" w:line="288" w:lineRule="auto"/>
        <w:jc w:val="both"/>
      </w:pPr>
      <w:r>
        <w:rPr>
          <w:b/>
        </w:rPr>
        <w:t>3.2. Cam đoan v</w:t>
      </w:r>
      <w:r>
        <w:rPr>
          <w:b/>
        </w:rPr>
        <w:t>ề</w:t>
      </w:r>
      <w:r>
        <w:rPr>
          <w:b/>
        </w:rPr>
        <w:t xml:space="preserve"> n</w:t>
      </w:r>
      <w:r>
        <w:rPr>
          <w:b/>
        </w:rPr>
        <w:t>ợ</w:t>
      </w:r>
      <w:r>
        <w:rPr>
          <w:b/>
        </w:rPr>
        <w:t xml:space="preserve"> riêng:</w:t>
      </w:r>
    </w:p>
    <w:p w:rsidR="00DB1B26" w:rsidRDefault="00D052A2" w:rsidP="00D96C01">
      <w:pPr>
        <w:spacing w:after="120" w:line="288" w:lineRule="auto"/>
        <w:jc w:val="both"/>
      </w:pPr>
      <w:r>
        <w:t>- M</w:t>
      </w:r>
      <w:r>
        <w:t>ỗ</w:t>
      </w:r>
      <w:r>
        <w:t>i bên t</w:t>
      </w:r>
      <w:r>
        <w:t>ự</w:t>
      </w:r>
      <w:r>
        <w:t xml:space="preserve"> ch</w:t>
      </w:r>
      <w:r>
        <w:t>ị</w:t>
      </w:r>
      <w:r>
        <w:t>u trách nhi</w:t>
      </w:r>
      <w:r>
        <w:t>ệ</w:t>
      </w:r>
      <w:r>
        <w:t>m đ</w:t>
      </w:r>
      <w:r>
        <w:t>ố</w:t>
      </w:r>
      <w:r>
        <w:t>i v</w:t>
      </w:r>
      <w:r>
        <w:t>ớ</w:t>
      </w:r>
      <w:r>
        <w:t>i các kho</w:t>
      </w:r>
      <w:r>
        <w:t>ả</w:t>
      </w:r>
      <w:r>
        <w:t>n n</w:t>
      </w:r>
      <w:r>
        <w:t>ợ</w:t>
      </w:r>
      <w:r>
        <w:t>, nghĩa v</w:t>
      </w:r>
      <w:r>
        <w:t>ụ</w:t>
      </w:r>
      <w:r>
        <w:t xml:space="preserve"> tài s</w:t>
      </w:r>
      <w:r>
        <w:t>ả</w:t>
      </w:r>
      <w:r>
        <w:t>n do cá nhân t</w:t>
      </w:r>
      <w:r>
        <w:t>ự</w:t>
      </w:r>
      <w:r>
        <w:t xml:space="preserve"> xác l</w:t>
      </w:r>
      <w:r>
        <w:t>ậ</w:t>
      </w:r>
      <w:r>
        <w:t>p mà không ph</w:t>
      </w:r>
      <w:r>
        <w:t>ụ</w:t>
      </w:r>
      <w:r>
        <w:t>c v</w:t>
      </w:r>
      <w:r>
        <w:t>ụ</w:t>
      </w:r>
      <w:r>
        <w:t xml:space="preserve"> cho nhu c</w:t>
      </w:r>
      <w:r>
        <w:t>ầ</w:t>
      </w:r>
      <w:r>
        <w:t>u thi</w:t>
      </w:r>
      <w:r>
        <w:t>ế</w:t>
      </w:r>
      <w:r>
        <w:t>t y</w:t>
      </w:r>
      <w:r>
        <w:t>ế</w:t>
      </w:r>
      <w:r>
        <w:t>u c</w:t>
      </w:r>
      <w:r>
        <w:t>ủ</w:t>
      </w:r>
      <w:r>
        <w:t>a gia đình. N</w:t>
      </w:r>
      <w:r>
        <w:t>ế</w:t>
      </w:r>
      <w:r>
        <w:t>u có b</w:t>
      </w:r>
      <w:r>
        <w:t>ấ</w:t>
      </w:r>
      <w:r>
        <w:t>t k</w:t>
      </w:r>
      <w:r>
        <w:t>ỳ</w:t>
      </w:r>
      <w:r>
        <w:t xml:space="preserve"> bên th</w:t>
      </w:r>
      <w:r>
        <w:t>ứ</w:t>
      </w:r>
      <w:r>
        <w:t xml:space="preserve"> ba nào đòi n</w:t>
      </w:r>
      <w:r>
        <w:t>ợ</w:t>
      </w:r>
      <w:r>
        <w:t>, bên xác l</w:t>
      </w:r>
      <w:r>
        <w:t>ậ</w:t>
      </w:r>
      <w:r>
        <w:t xml:space="preserve">p </w:t>
      </w:r>
      <w:r>
        <w:t>kho</w:t>
      </w:r>
      <w:r>
        <w:t>ả</w:t>
      </w:r>
      <w:r>
        <w:t>n n</w:t>
      </w:r>
      <w:r>
        <w:t>ợ</w:t>
      </w:r>
      <w:r>
        <w:t xml:space="preserve"> đó ph</w:t>
      </w:r>
      <w:r>
        <w:t>ả</w:t>
      </w:r>
      <w:r>
        <w:t>i hoàn toàn ch</w:t>
      </w:r>
      <w:r>
        <w:t>ị</w:t>
      </w:r>
      <w:r>
        <w:t>u trách nhi</w:t>
      </w:r>
      <w:r>
        <w:t>ệ</w:t>
      </w:r>
      <w:r>
        <w:t>m trư</w:t>
      </w:r>
      <w:r>
        <w:t>ớ</w:t>
      </w:r>
      <w:r>
        <w:t>c pháp lu</w:t>
      </w:r>
      <w:r>
        <w:t>ậ</w:t>
      </w:r>
      <w:r>
        <w:t>t, không đư</w:t>
      </w:r>
      <w:r>
        <w:t>ợ</w:t>
      </w:r>
      <w:r>
        <w:t xml:space="preserve">c làm </w:t>
      </w:r>
      <w:r>
        <w:t>ả</w:t>
      </w:r>
      <w:r>
        <w:t>nh hư</w:t>
      </w:r>
      <w:r>
        <w:t>ở</w:t>
      </w:r>
      <w:r>
        <w:t>ng đ</w:t>
      </w:r>
      <w:r>
        <w:t>ế</w:t>
      </w:r>
      <w:r>
        <w:t>n kh</w:t>
      </w:r>
      <w:r>
        <w:t>ố</w:t>
      </w:r>
      <w:r>
        <w:t>i tài s</w:t>
      </w:r>
      <w:r>
        <w:t>ả</w:t>
      </w:r>
      <w:r>
        <w:t>n đã phân chia c</w:t>
      </w:r>
      <w:r>
        <w:t>ủ</w:t>
      </w:r>
      <w:r>
        <w:t>a ngư</w:t>
      </w:r>
      <w:r>
        <w:t>ờ</w:t>
      </w:r>
      <w:r>
        <w:t>i còn l</w:t>
      </w:r>
      <w:r>
        <w:t>ạ</w:t>
      </w:r>
      <w:r>
        <w:t>i.</w:t>
      </w:r>
    </w:p>
    <w:p w:rsidR="00DB1B26" w:rsidRDefault="00D052A2" w:rsidP="00D96C01">
      <w:pPr>
        <w:spacing w:after="120" w:line="288" w:lineRule="auto"/>
        <w:jc w:val="both"/>
      </w:pPr>
      <w:r>
        <w:rPr>
          <w:b/>
        </w:rPr>
        <w:t>ĐI</w:t>
      </w:r>
      <w:r>
        <w:rPr>
          <w:b/>
        </w:rPr>
        <w:t>Ề</w:t>
      </w:r>
      <w:r>
        <w:rPr>
          <w:b/>
        </w:rPr>
        <w:t>U 4: PHƯƠNG TH</w:t>
      </w:r>
      <w:r>
        <w:rPr>
          <w:b/>
        </w:rPr>
        <w:t>Ứ</w:t>
      </w:r>
      <w:r>
        <w:rPr>
          <w:b/>
        </w:rPr>
        <w:t>C BÀN GIAO VÀ SANG TÊN TÀI S</w:t>
      </w:r>
      <w:r>
        <w:rPr>
          <w:b/>
        </w:rPr>
        <w:t>Ả</w:t>
      </w:r>
      <w:r>
        <w:rPr>
          <w:b/>
        </w:rPr>
        <w:t>N</w:t>
      </w:r>
    </w:p>
    <w:p w:rsidR="00DB1B26" w:rsidRDefault="00D052A2" w:rsidP="00D96C01">
      <w:pPr>
        <w:spacing w:after="120" w:line="288" w:lineRule="auto"/>
        <w:jc w:val="both"/>
      </w:pPr>
      <w:r>
        <w:t>- Ngay sau khi văn b</w:t>
      </w:r>
      <w:r>
        <w:t>ả</w:t>
      </w:r>
      <w:r>
        <w:t>n th</w:t>
      </w:r>
      <w:r>
        <w:t>ỏ</w:t>
      </w:r>
      <w:r>
        <w:t>a thu</w:t>
      </w:r>
      <w:r>
        <w:t>ậ</w:t>
      </w:r>
      <w:r>
        <w:t>n này đư</w:t>
      </w:r>
      <w:r>
        <w:t>ợ</w:t>
      </w:r>
      <w:r>
        <w:t>c ký k</w:t>
      </w:r>
      <w:r>
        <w:t>ế</w:t>
      </w:r>
      <w:r>
        <w:t>t (ho</w:t>
      </w:r>
      <w:r>
        <w:t>ặ</w:t>
      </w:r>
      <w:r>
        <w:t>c đư</w:t>
      </w:r>
      <w:r>
        <w:t>ợ</w:t>
      </w:r>
      <w:r>
        <w:t>c công ch</w:t>
      </w:r>
      <w:r>
        <w:t>ứ</w:t>
      </w:r>
      <w:r>
        <w:t>ng)</w:t>
      </w:r>
      <w:r>
        <w:t>, các bên có nghĩa v</w:t>
      </w:r>
      <w:r>
        <w:t>ụ</w:t>
      </w:r>
      <w:r>
        <w:t xml:space="preserve"> bàn giao trên th</w:t>
      </w:r>
      <w:r>
        <w:t>ự</w:t>
      </w:r>
      <w:r>
        <w:t>c t</w:t>
      </w:r>
      <w:r>
        <w:t>ế</w:t>
      </w:r>
      <w:r>
        <w:t xml:space="preserve"> toàn b</w:t>
      </w:r>
      <w:r>
        <w:t>ộ</w:t>
      </w:r>
      <w:r>
        <w:t xml:space="preserve"> tài s</w:t>
      </w:r>
      <w:r>
        <w:t>ả</w:t>
      </w:r>
      <w:r>
        <w:t>n, gi</w:t>
      </w:r>
      <w:r>
        <w:t>ấ</w:t>
      </w:r>
      <w:r>
        <w:t>y t</w:t>
      </w:r>
      <w:r>
        <w:t>ờ</w:t>
      </w:r>
      <w:r>
        <w:t xml:space="preserve"> ch</w:t>
      </w:r>
      <w:r>
        <w:t>ứ</w:t>
      </w:r>
      <w:r>
        <w:t>ng nh</w:t>
      </w:r>
      <w:r>
        <w:t>ậ</w:t>
      </w:r>
      <w:r>
        <w:t>n quy</w:t>
      </w:r>
      <w:r>
        <w:t>ề</w:t>
      </w:r>
      <w:r>
        <w:t>n s</w:t>
      </w:r>
      <w:r>
        <w:t>ở</w:t>
      </w:r>
      <w:r>
        <w:t xml:space="preserve"> h</w:t>
      </w:r>
      <w:r>
        <w:t>ữ</w:t>
      </w:r>
      <w:r>
        <w:t>u liên quan cho bên đư</w:t>
      </w:r>
      <w:r>
        <w:t>ợ</w:t>
      </w:r>
      <w:r>
        <w:t>c chia tài s</w:t>
      </w:r>
      <w:r>
        <w:t>ả</w:t>
      </w:r>
      <w:r>
        <w:t>n.</w:t>
      </w:r>
    </w:p>
    <w:p w:rsidR="00DB1B26" w:rsidRDefault="00D052A2" w:rsidP="00D96C01">
      <w:pPr>
        <w:spacing w:after="120" w:line="288" w:lineRule="auto"/>
        <w:jc w:val="both"/>
      </w:pPr>
      <w:r>
        <w:t>- Đ</w:t>
      </w:r>
      <w:r>
        <w:t>ố</w:t>
      </w:r>
      <w:r>
        <w:t>i v</w:t>
      </w:r>
      <w:r>
        <w:t>ớ</w:t>
      </w:r>
      <w:r>
        <w:t>i tài s</w:t>
      </w:r>
      <w:r>
        <w:t>ả</w:t>
      </w:r>
      <w:r>
        <w:t>n ph</w:t>
      </w:r>
      <w:r>
        <w:t>ả</w:t>
      </w:r>
      <w:r>
        <w:t>i đăng ký quy</w:t>
      </w:r>
      <w:r>
        <w:t>ề</w:t>
      </w:r>
      <w:r>
        <w:t>n s</w:t>
      </w:r>
      <w:r>
        <w:t>ở</w:t>
      </w:r>
      <w:r>
        <w:t xml:space="preserve"> h</w:t>
      </w:r>
      <w:r>
        <w:t>ữ</w:t>
      </w:r>
      <w:r>
        <w:t>u, quy</w:t>
      </w:r>
      <w:r>
        <w:t>ề</w:t>
      </w:r>
      <w:r>
        <w:t>n s</w:t>
      </w:r>
      <w:r>
        <w:t>ử</w:t>
      </w:r>
      <w:r>
        <w:t xml:space="preserve"> d</w:t>
      </w:r>
      <w:r>
        <w:t>ụ</w:t>
      </w:r>
      <w:r>
        <w:t>ng, bên còn l</w:t>
      </w:r>
      <w:r>
        <w:t>ạ</w:t>
      </w:r>
      <w:r>
        <w:t>i có nghĩa v</w:t>
      </w:r>
      <w:r>
        <w:t>ụ</w:t>
      </w:r>
      <w:r>
        <w:t xml:space="preserve"> ký k</w:t>
      </w:r>
      <w:r>
        <w:t>ế</w:t>
      </w:r>
      <w:r>
        <w:t>t các văn b</w:t>
      </w:r>
      <w:r>
        <w:t>ả</w:t>
      </w:r>
      <w:r>
        <w:t>n, gi</w:t>
      </w:r>
      <w:r>
        <w:t>ấ</w:t>
      </w:r>
      <w:r>
        <w:t>y t</w:t>
      </w:r>
      <w:r>
        <w:t>ờ</w:t>
      </w:r>
      <w:r>
        <w:t xml:space="preserve"> và có m</w:t>
      </w:r>
      <w:r>
        <w:t>ặ</w:t>
      </w:r>
      <w:r>
        <w:t>t t</w:t>
      </w:r>
      <w:r>
        <w:t>ạ</w:t>
      </w:r>
      <w:r>
        <w:t xml:space="preserve">i </w:t>
      </w:r>
      <w:r>
        <w:t>cơ quan nhà nư</w:t>
      </w:r>
      <w:r>
        <w:t>ớ</w:t>
      </w:r>
      <w:r>
        <w:t>c có th</w:t>
      </w:r>
      <w:r>
        <w:t>ẩ</w:t>
      </w:r>
      <w:r>
        <w:t>m quy</w:t>
      </w:r>
      <w:r>
        <w:t>ề</w:t>
      </w:r>
      <w:r>
        <w:t>n đ</w:t>
      </w:r>
      <w:r>
        <w:t>ể</w:t>
      </w:r>
      <w:r>
        <w:t xml:space="preserve"> h</w:t>
      </w:r>
      <w:r>
        <w:t>ỗ</w:t>
      </w:r>
      <w:r>
        <w:t xml:space="preserve"> tr</w:t>
      </w:r>
      <w:r>
        <w:t>ợ</w:t>
      </w:r>
      <w:r>
        <w:t xml:space="preserve"> th</w:t>
      </w:r>
      <w:r>
        <w:t>ự</w:t>
      </w:r>
      <w:r>
        <w:t>c hi</w:t>
      </w:r>
      <w:r>
        <w:t>ệ</w:t>
      </w:r>
      <w:r>
        <w:t>n th</w:t>
      </w:r>
      <w:r>
        <w:t>ủ</w:t>
      </w:r>
      <w:r>
        <w:t xml:space="preserve"> t</w:t>
      </w:r>
      <w:r>
        <w:t>ụ</w:t>
      </w:r>
      <w:r>
        <w:t>c sang tên theo đúng quy đ</w:t>
      </w:r>
      <w:r>
        <w:t>ị</w:t>
      </w:r>
      <w:r>
        <w:t>nh pháp lu</w:t>
      </w:r>
      <w:r>
        <w:t>ậ</w:t>
      </w:r>
      <w:r>
        <w:t>t.</w:t>
      </w:r>
    </w:p>
    <w:p w:rsidR="00DB1B26" w:rsidRDefault="00D052A2" w:rsidP="00D96C01">
      <w:pPr>
        <w:spacing w:after="120" w:line="288" w:lineRule="auto"/>
        <w:jc w:val="both"/>
      </w:pPr>
      <w:r>
        <w:rPr>
          <w:b/>
        </w:rPr>
        <w:t>ĐI</w:t>
      </w:r>
      <w:r>
        <w:rPr>
          <w:b/>
        </w:rPr>
        <w:t>Ề</w:t>
      </w:r>
      <w:r>
        <w:rPr>
          <w:b/>
        </w:rPr>
        <w:t>U 5: CAM ĐOAN C</w:t>
      </w:r>
      <w:r>
        <w:rPr>
          <w:b/>
        </w:rPr>
        <w:t>Ủ</w:t>
      </w:r>
      <w:r>
        <w:rPr>
          <w:b/>
        </w:rPr>
        <w:t>A CÁC BÊN</w:t>
      </w:r>
    </w:p>
    <w:p w:rsidR="00DB1B26" w:rsidRDefault="00D052A2" w:rsidP="00D96C01">
      <w:pPr>
        <w:spacing w:after="120" w:line="288" w:lineRule="auto"/>
        <w:jc w:val="both"/>
      </w:pPr>
      <w:r>
        <w:t>- Chúng tôi cam đoan nh</w:t>
      </w:r>
      <w:r>
        <w:t>ữ</w:t>
      </w:r>
      <w:r>
        <w:t>ng thông tin v</w:t>
      </w:r>
      <w:r>
        <w:t>ề</w:t>
      </w:r>
      <w:r>
        <w:t xml:space="preserve"> nhân thân và toàn b</w:t>
      </w:r>
      <w:r>
        <w:t>ộ</w:t>
      </w:r>
      <w:r>
        <w:t xml:space="preserve"> kh</w:t>
      </w:r>
      <w:r>
        <w:t>ố</w:t>
      </w:r>
      <w:r>
        <w:t>i tài s</w:t>
      </w:r>
      <w:r>
        <w:t>ả</w:t>
      </w:r>
      <w:r>
        <w:t>n, nghĩa v</w:t>
      </w:r>
      <w:r>
        <w:t>ụ</w:t>
      </w:r>
      <w:r>
        <w:t xml:space="preserve"> n</w:t>
      </w:r>
      <w:r>
        <w:t>ợ</w:t>
      </w:r>
      <w:r>
        <w:t xml:space="preserve"> li</w:t>
      </w:r>
      <w:r>
        <w:t>ệ</w:t>
      </w:r>
      <w:r>
        <w:t>t kê trong văn b</w:t>
      </w:r>
      <w:r>
        <w:t>ả</w:t>
      </w:r>
      <w:r>
        <w:t>n này là hoàn toàn đún</w:t>
      </w:r>
      <w:r>
        <w:t>g s</w:t>
      </w:r>
      <w:r>
        <w:t>ự</w:t>
      </w:r>
      <w:r>
        <w:t xml:space="preserve"> th</w:t>
      </w:r>
      <w:r>
        <w:t>ậ</w:t>
      </w:r>
      <w:r>
        <w:t>t, không che gi</w:t>
      </w:r>
      <w:r>
        <w:t>ấ</w:t>
      </w:r>
      <w:r>
        <w:t>u b</w:t>
      </w:r>
      <w:r>
        <w:t>ấ</w:t>
      </w:r>
      <w:r>
        <w:t>t k</w:t>
      </w:r>
      <w:r>
        <w:t>ỳ</w:t>
      </w:r>
      <w:r>
        <w:t xml:space="preserve"> tài s</w:t>
      </w:r>
      <w:r>
        <w:t>ả</w:t>
      </w:r>
      <w:r>
        <w:t>n hay kho</w:t>
      </w:r>
      <w:r>
        <w:t>ả</w:t>
      </w:r>
      <w:r>
        <w:t>n n</w:t>
      </w:r>
      <w:r>
        <w:t>ợ</w:t>
      </w:r>
      <w:r>
        <w:t xml:space="preserve"> nào.</w:t>
      </w:r>
    </w:p>
    <w:p w:rsidR="00DB1B26" w:rsidRDefault="00D052A2" w:rsidP="00D96C01">
      <w:pPr>
        <w:spacing w:after="120" w:line="288" w:lineRule="auto"/>
        <w:jc w:val="both"/>
      </w:pPr>
      <w:r>
        <w:t>- Vi</w:t>
      </w:r>
      <w:r>
        <w:t>ệ</w:t>
      </w:r>
      <w:r>
        <w:t>c phân chia này d</w:t>
      </w:r>
      <w:r>
        <w:t>ự</w:t>
      </w:r>
      <w:r>
        <w:t>a trên tinh th</w:t>
      </w:r>
      <w:r>
        <w:t>ầ</w:t>
      </w:r>
      <w:r>
        <w:t>n t</w:t>
      </w:r>
      <w:r>
        <w:t>ự</w:t>
      </w:r>
      <w:r>
        <w:t xml:space="preserve"> nguy</w:t>
      </w:r>
      <w:r>
        <w:t>ệ</w:t>
      </w:r>
      <w:r>
        <w:t>n, không b</w:t>
      </w:r>
      <w:r>
        <w:t>ị</w:t>
      </w:r>
      <w:r>
        <w:t xml:space="preserve"> ép bu</w:t>
      </w:r>
      <w:r>
        <w:t>ộ</w:t>
      </w:r>
      <w:r>
        <w:t>c, l</w:t>
      </w:r>
      <w:r>
        <w:t>ừ</w:t>
      </w:r>
      <w:r>
        <w:t>a d</w:t>
      </w:r>
      <w:r>
        <w:t>ố</w:t>
      </w:r>
      <w:r>
        <w:t>i, không nh</w:t>
      </w:r>
      <w:r>
        <w:t>ằ</w:t>
      </w:r>
      <w:r>
        <w:t>m m</w:t>
      </w:r>
      <w:r>
        <w:t>ụ</w:t>
      </w:r>
      <w:r>
        <w:t>c đích t</w:t>
      </w:r>
      <w:r>
        <w:t>ẩ</w:t>
      </w:r>
      <w:r>
        <w:t>u tán tài s</w:t>
      </w:r>
      <w:r>
        <w:t>ả</w:t>
      </w:r>
      <w:r>
        <w:t>n hay tr</w:t>
      </w:r>
      <w:r>
        <w:t>ố</w:t>
      </w:r>
      <w:r>
        <w:t>n tránh b</w:t>
      </w:r>
      <w:r>
        <w:t>ấ</w:t>
      </w:r>
      <w:r>
        <w:t>t k</w:t>
      </w:r>
      <w:r>
        <w:t>ỳ</w:t>
      </w:r>
      <w:r>
        <w:t xml:space="preserve"> nghĩa v</w:t>
      </w:r>
      <w:r>
        <w:t>ụ</w:t>
      </w:r>
      <w:r>
        <w:t xml:space="preserve"> tài s</w:t>
      </w:r>
      <w:r>
        <w:t>ả</w:t>
      </w:r>
      <w:r>
        <w:t>n nào đ</w:t>
      </w:r>
      <w:r>
        <w:t>ố</w:t>
      </w:r>
      <w:r>
        <w:t>i v</w:t>
      </w:r>
      <w:r>
        <w:t>ớ</w:t>
      </w:r>
      <w:r>
        <w:t>i bên th</w:t>
      </w:r>
      <w:r>
        <w:t>ứ</w:t>
      </w:r>
      <w:r>
        <w:t xml:space="preserve"> ba.</w:t>
      </w:r>
    </w:p>
    <w:p w:rsidR="00D87542" w:rsidRDefault="00D87542" w:rsidP="00D96C01">
      <w:pPr>
        <w:spacing w:after="120" w:line="288" w:lineRule="auto"/>
        <w:jc w:val="both"/>
      </w:pPr>
      <w:r>
        <w:t>- Hai bên cam kết giữ bí mật toàn bộ nội dung, thông tin phân chia tại văn bản này.</w:t>
      </w:r>
    </w:p>
    <w:p w:rsidR="00F95F9C" w:rsidRDefault="00F95F9C" w:rsidP="00D96C01">
      <w:pPr>
        <w:spacing w:after="120" w:line="288" w:lineRule="auto"/>
        <w:jc w:val="both"/>
      </w:pPr>
      <w:r>
        <w:lastRenderedPageBreak/>
        <w:t xml:space="preserve">- Mỗi bên phải chịu trách nhiệm với phần nghĩa vụ thuế </w:t>
      </w:r>
      <w:r>
        <w:t>theo quy định pháp luật</w:t>
      </w:r>
      <w:r>
        <w:t xml:space="preserve"> đối với phần tài sản mình nhận được.</w:t>
      </w:r>
      <w:bookmarkStart w:id="0" w:name="_GoBack"/>
      <w:bookmarkEnd w:id="0"/>
    </w:p>
    <w:p w:rsidR="00DB1B26" w:rsidRDefault="00D052A2" w:rsidP="00D96C01">
      <w:pPr>
        <w:spacing w:after="120" w:line="288" w:lineRule="auto"/>
        <w:jc w:val="both"/>
      </w:pPr>
      <w:r>
        <w:rPr>
          <w:b/>
        </w:rPr>
        <w:t>ĐI</w:t>
      </w:r>
      <w:r>
        <w:rPr>
          <w:b/>
        </w:rPr>
        <w:t>Ề</w:t>
      </w:r>
      <w:r>
        <w:rPr>
          <w:b/>
        </w:rPr>
        <w:t>U 6: ĐI</w:t>
      </w:r>
      <w:r>
        <w:rPr>
          <w:b/>
        </w:rPr>
        <w:t>Ề</w:t>
      </w:r>
      <w:r>
        <w:rPr>
          <w:b/>
        </w:rPr>
        <w:t>U KHO</w:t>
      </w:r>
      <w:r>
        <w:rPr>
          <w:b/>
        </w:rPr>
        <w:t>Ả</w:t>
      </w:r>
      <w:r>
        <w:rPr>
          <w:b/>
        </w:rPr>
        <w:t>N T</w:t>
      </w:r>
      <w:r>
        <w:rPr>
          <w:b/>
        </w:rPr>
        <w:t>HI HÀNH</w:t>
      </w:r>
    </w:p>
    <w:p w:rsidR="00DB1B26" w:rsidRDefault="00D052A2" w:rsidP="00D96C01">
      <w:pPr>
        <w:spacing w:after="120" w:line="288" w:lineRule="auto"/>
        <w:jc w:val="both"/>
      </w:pPr>
      <w:r>
        <w:t>- Văn b</w:t>
      </w:r>
      <w:r>
        <w:t>ả</w:t>
      </w:r>
      <w:r>
        <w:t>n th</w:t>
      </w:r>
      <w:r>
        <w:t>ỏ</w:t>
      </w:r>
      <w:r>
        <w:t>a thu</w:t>
      </w:r>
      <w:r>
        <w:t>ậ</w:t>
      </w:r>
      <w:r>
        <w:t>n này có hi</w:t>
      </w:r>
      <w:r>
        <w:t>ệ</w:t>
      </w:r>
      <w:r>
        <w:t>u l</w:t>
      </w:r>
      <w:r>
        <w:t>ự</w:t>
      </w:r>
      <w:r>
        <w:t>c k</w:t>
      </w:r>
      <w:r>
        <w:t>ể</w:t>
      </w:r>
      <w:r>
        <w:t xml:space="preserve"> t</w:t>
      </w:r>
      <w:r>
        <w:t>ừ</w:t>
      </w:r>
      <w:r>
        <w:t xml:space="preserve"> ngày hai bên ký tên (ho</w:t>
      </w:r>
      <w:r>
        <w:t>ặ</w:t>
      </w:r>
      <w:r>
        <w:t>c k</w:t>
      </w:r>
      <w:r>
        <w:t>ể</w:t>
      </w:r>
      <w:r>
        <w:t xml:space="preserve"> t</w:t>
      </w:r>
      <w:r>
        <w:t>ừ</w:t>
      </w:r>
      <w:r>
        <w:t xml:space="preserve"> ngày đư</w:t>
      </w:r>
      <w:r>
        <w:t>ợ</w:t>
      </w:r>
      <w:r>
        <w:t>c Công ch</w:t>
      </w:r>
      <w:r>
        <w:t>ứ</w:t>
      </w:r>
      <w:r>
        <w:t>ng/Ch</w:t>
      </w:r>
      <w:r>
        <w:t>ứ</w:t>
      </w:r>
      <w:r>
        <w:t>ng th</w:t>
      </w:r>
      <w:r>
        <w:t>ự</w:t>
      </w:r>
      <w:r>
        <w:t>c).</w:t>
      </w:r>
    </w:p>
    <w:p w:rsidR="00DB1B26" w:rsidRDefault="00D052A2" w:rsidP="00D96C01">
      <w:pPr>
        <w:spacing w:after="120" w:line="288" w:lineRule="auto"/>
        <w:jc w:val="both"/>
      </w:pPr>
      <w:r>
        <w:t>- Văn b</w:t>
      </w:r>
      <w:r>
        <w:t>ả</w:t>
      </w:r>
      <w:r>
        <w:t>n đư</w:t>
      </w:r>
      <w:r>
        <w:t>ợ</w:t>
      </w:r>
      <w:r>
        <w:t>c l</w:t>
      </w:r>
      <w:r>
        <w:t>ậ</w:t>
      </w:r>
      <w:r>
        <w:t>p thành ...... b</w:t>
      </w:r>
      <w:r>
        <w:t>ả</w:t>
      </w:r>
      <w:r>
        <w:t>n có giá tr</w:t>
      </w:r>
      <w:r>
        <w:t>ị</w:t>
      </w:r>
      <w:r>
        <w:t xml:space="preserve"> pháp lý như nhau, m</w:t>
      </w:r>
      <w:r>
        <w:t>ỗ</w:t>
      </w:r>
      <w:r>
        <w:t>i bên gi</w:t>
      </w:r>
      <w:r>
        <w:t>ữ</w:t>
      </w:r>
      <w:r>
        <w:t xml:space="preserve"> ...... b</w:t>
      </w:r>
      <w:r>
        <w:t>ả</w:t>
      </w:r>
      <w:r>
        <w:t>n đ</w:t>
      </w:r>
      <w:r>
        <w:t>ể</w:t>
      </w:r>
      <w:r>
        <w:t xml:space="preserve"> th</w:t>
      </w:r>
      <w:r>
        <w:t>ự</w:t>
      </w:r>
      <w:r>
        <w:t>c hi</w:t>
      </w:r>
      <w:r>
        <w:t>ệ</w:t>
      </w:r>
      <w:r>
        <w:t>n.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08"/>
        <w:gridCol w:w="4608"/>
      </w:tblGrid>
      <w:tr w:rsidR="00DB1B26">
        <w:tc>
          <w:tcPr>
            <w:tcW w:w="4608" w:type="dxa"/>
          </w:tcPr>
          <w:p w:rsidR="00DB1B26" w:rsidRDefault="00D052A2" w:rsidP="00D87542">
            <w:pPr>
              <w:spacing w:after="1440"/>
              <w:jc w:val="center"/>
            </w:pPr>
            <w:r>
              <w:rPr>
                <w:b/>
              </w:rPr>
              <w:t>NGƯ</w:t>
            </w:r>
            <w:r>
              <w:rPr>
                <w:b/>
              </w:rPr>
              <w:t>Ờ</w:t>
            </w:r>
            <w:r>
              <w:rPr>
                <w:b/>
              </w:rPr>
              <w:t>I CH</w:t>
            </w:r>
            <w:r>
              <w:rPr>
                <w:b/>
              </w:rPr>
              <w:t>Ồ</w:t>
            </w:r>
            <w:r>
              <w:rPr>
                <w:b/>
              </w:rPr>
              <w:t>NG</w:t>
            </w:r>
            <w:r>
              <w:rPr>
                <w:b/>
              </w:rPr>
              <w:br/>
            </w:r>
            <w:r>
              <w:rPr>
                <w:i/>
              </w:rPr>
              <w:t>(Ký và ghi rõ h</w:t>
            </w:r>
            <w:r>
              <w:rPr>
                <w:i/>
              </w:rPr>
              <w:t>ọ</w:t>
            </w:r>
            <w:r>
              <w:rPr>
                <w:i/>
              </w:rPr>
              <w:t xml:space="preserve"> tên)</w:t>
            </w:r>
          </w:p>
          <w:p w:rsidR="00DB1B26" w:rsidRDefault="00D052A2" w:rsidP="00D87542">
            <w:pPr>
              <w:jc w:val="center"/>
            </w:pPr>
            <w:r>
              <w:t>...</w:t>
            </w:r>
            <w:r>
              <w:t>...................................................</w:t>
            </w:r>
          </w:p>
        </w:tc>
        <w:tc>
          <w:tcPr>
            <w:tcW w:w="4608" w:type="dxa"/>
          </w:tcPr>
          <w:p w:rsidR="00DB1B26" w:rsidRDefault="00D052A2" w:rsidP="00D87542">
            <w:pPr>
              <w:spacing w:after="1440"/>
              <w:jc w:val="center"/>
            </w:pPr>
            <w:r>
              <w:rPr>
                <w:b/>
              </w:rPr>
              <w:t>NGƯ</w:t>
            </w:r>
            <w:r>
              <w:rPr>
                <w:b/>
              </w:rPr>
              <w:t>Ờ</w:t>
            </w:r>
            <w:r>
              <w:rPr>
                <w:b/>
              </w:rPr>
              <w:t>I V</w:t>
            </w:r>
            <w:r>
              <w:rPr>
                <w:b/>
              </w:rPr>
              <w:t>Ợ</w:t>
            </w:r>
            <w:r>
              <w:rPr>
                <w:b/>
              </w:rPr>
              <w:br/>
            </w:r>
            <w:r>
              <w:rPr>
                <w:i/>
              </w:rPr>
              <w:t>(Ký và ghi rõ h</w:t>
            </w:r>
            <w:r>
              <w:rPr>
                <w:i/>
              </w:rPr>
              <w:t>ọ</w:t>
            </w:r>
            <w:r>
              <w:rPr>
                <w:i/>
              </w:rPr>
              <w:t xml:space="preserve"> tên)</w:t>
            </w:r>
          </w:p>
          <w:p w:rsidR="00DB1B26" w:rsidRDefault="00D052A2" w:rsidP="00D87542">
            <w:pPr>
              <w:jc w:val="center"/>
            </w:pPr>
            <w:r>
              <w:t>......................................................</w:t>
            </w:r>
          </w:p>
        </w:tc>
      </w:tr>
    </w:tbl>
    <w:p w:rsidR="00D052A2" w:rsidRDefault="00D052A2" w:rsidP="00D96C01">
      <w:pPr>
        <w:jc w:val="both"/>
      </w:pPr>
    </w:p>
    <w:sectPr w:rsidR="00D052A2" w:rsidSect="00034616">
      <w:footerReference w:type="default" r:id="rId8"/>
      <w:pgSz w:w="12240" w:h="15840"/>
      <w:pgMar w:top="1138" w:right="1138" w:bottom="1138" w:left="169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52A2" w:rsidRDefault="00D052A2" w:rsidP="00A162FF">
      <w:pPr>
        <w:spacing w:after="0" w:line="240" w:lineRule="auto"/>
      </w:pPr>
      <w:r>
        <w:separator/>
      </w:r>
    </w:p>
  </w:endnote>
  <w:endnote w:type="continuationSeparator" w:id="0">
    <w:p w:rsidR="00D052A2" w:rsidRDefault="00D052A2" w:rsidP="00A162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4369003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162FF" w:rsidRDefault="00A162F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641B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A162FF" w:rsidRDefault="00A162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52A2" w:rsidRDefault="00D052A2" w:rsidP="00A162FF">
      <w:pPr>
        <w:spacing w:after="0" w:line="240" w:lineRule="auto"/>
      </w:pPr>
      <w:r>
        <w:separator/>
      </w:r>
    </w:p>
  </w:footnote>
  <w:footnote w:type="continuationSeparator" w:id="0">
    <w:p w:rsidR="00D052A2" w:rsidRDefault="00D052A2" w:rsidP="00A162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6EB341E"/>
    <w:multiLevelType w:val="hybridMultilevel"/>
    <w:tmpl w:val="03508D94"/>
    <w:lvl w:ilvl="0" w:tplc="85207C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E074A"/>
    <w:rsid w:val="0015074B"/>
    <w:rsid w:val="0019401B"/>
    <w:rsid w:val="0029639D"/>
    <w:rsid w:val="00326F90"/>
    <w:rsid w:val="003641B4"/>
    <w:rsid w:val="005E7184"/>
    <w:rsid w:val="006A403F"/>
    <w:rsid w:val="006C7A6E"/>
    <w:rsid w:val="006D405B"/>
    <w:rsid w:val="00751AED"/>
    <w:rsid w:val="00783700"/>
    <w:rsid w:val="0083681F"/>
    <w:rsid w:val="00923520"/>
    <w:rsid w:val="0096328B"/>
    <w:rsid w:val="00A03768"/>
    <w:rsid w:val="00A162FF"/>
    <w:rsid w:val="00AA1D8D"/>
    <w:rsid w:val="00B47730"/>
    <w:rsid w:val="00CB0664"/>
    <w:rsid w:val="00CE71CE"/>
    <w:rsid w:val="00D052A2"/>
    <w:rsid w:val="00D26BBD"/>
    <w:rsid w:val="00D87542"/>
    <w:rsid w:val="00D96C01"/>
    <w:rsid w:val="00DB1B26"/>
    <w:rsid w:val="00F95F9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474B8BD"/>
  <w14:defaultImageDpi w14:val="300"/>
  <w15:docId w15:val="{5C5EFF66-F6E1-44B1-A578-168927A2E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Times New Roman" w:hAnsi="Times New Roman"/>
      <w:color w:val="000000"/>
      <w:sz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8C9B523-19F4-47A2-BB2B-FC1D73E71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684</Words>
  <Characters>3903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Luat su Giap</cp:lastModifiedBy>
  <cp:revision>2</cp:revision>
  <dcterms:created xsi:type="dcterms:W3CDTF">2026-10-26T03:04:00Z</dcterms:created>
  <dcterms:modified xsi:type="dcterms:W3CDTF">2026-10-26T03:04:00Z</dcterms:modified>
  <cp:category/>
</cp:coreProperties>
</file>